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cipientAddress"/>
      </w:pPr>
      <w:r>
        <w:rPr>
          <w:rStyle w:val="Placeholder"/>
        </w:rPr>
        <w:t>[Recipient name]</w:t>
      </w:r>
    </w:p>
    <w:p>
      <w:pPr>
        <w:pStyle w:val="RecipientAddress"/>
      </w:pPr>
      <w:r>
        <w:rPr>
          <w:rStyle w:val="Placeholder"/>
        </w:rPr>
        <w:t>[Company]</w:t>
      </w:r>
    </w:p>
    <w:p>
      <w:pPr>
        <w:pStyle w:val="RecipientAddress"/>
      </w:pPr>
      <w:r>
        <w:rPr>
          <w:rStyle w:val="Placeholder"/>
        </w:rPr>
        <w:t>[Street and number]</w:t>
      </w:r>
    </w:p>
    <w:p>
      <w:pPr>
        <w:pStyle w:val="RecipientAddress"/>
      </w:pPr>
      <w:r>
        <w:rPr>
          <w:rStyle w:val="Placeholder"/>
        </w:rPr>
        <w:t>[Postcode and town]</w:t>
      </w:r>
    </w:p>
    <w:p>
      <w:pPr>
        <w:pStyle w:val="LetterDate"/>
      </w:pPr>
      <w:r>
        <w:t xml:space="preserve">Exampletown, </w:t>
      </w:r>
      <w:fldSimple w:instr="DATE \@ &quot;d MMMM yyyy&quot;">
        <w:r>
          <w:t xml:space="preserve">27 October 2026</w:t>
        </w:r>
      </w:fldSimple>
    </w:p>
    <w:p>
      <w:pPr>
        <w:pStyle w:val="SubjectLine"/>
      </w:pPr>
      <w:r>
        <w:t xml:space="preserve">Subject: </w:t>
      </w:r>
      <w:r>
        <w:rPr>
          <w:rStyle w:val="Placeholder"/>
        </w:rPr>
        <w:t>[What the letter is about]</w:t>
      </w:r>
    </w:p>
    <w:p>
      <w:r>
        <w:t xml:space="preserve">Dear </w:t>
      </w:r>
      <w:r>
        <w:rPr>
          <w:rStyle w:val="Placeholder"/>
        </w:rPr>
        <w:t>[name]</w:t>
      </w:r>
      <w:r>
        <w:t>,</w:t>
      </w:r>
    </w:p>
    <w:p>
      <w:r>
        <w:rPr>
          <w:rStyle w:val="Placeholder"/>
        </w:rPr>
        <w:t>[Opening paragraph: say why you are writing in one or two sentences.]</w:t>
      </w:r>
    </w:p>
    <w:p>
      <w:r>
        <w:rPr>
          <w:rStyle w:val="Placeholder"/>
        </w:rPr>
        <w:t>[Main paragraph: the details. Every paragraph in this template uses the Normal style, so changing that one style restyles the whole letter.]</w:t>
      </w:r>
    </w:p>
    <w:p>
      <w:r>
        <w:rPr>
          <w:rStyle w:val="Placeholder"/>
        </w:rPr>
        <w:t>[Closing paragraph: what happens next, and how to reach you.]</w:t>
      </w:r>
    </w:p>
    <w:p>
      <w:pPr>
        <w:pStyle w:val="Closing"/>
      </w:pPr>
      <w:r>
        <w:t>Kind regards,</w:t>
      </w:r>
    </w:p>
    <w:p>
      <w:pPr>
        <w:pStyle w:val="SignatureName"/>
      </w:pPr>
      <w:r>
        <w:rPr>
          <w:rStyle w:val="Placeholder"/>
        </w:rPr>
        <w:t>[Your name]</w:t>
      </w:r>
    </w:p>
    <w:p>
      <w:pPr>
        <w:pStyle w:val="SenderDetails"/>
      </w:pPr>
      <w:r>
        <w:rPr>
          <w:rStyle w:val="Placeholder"/>
        </w:rPr>
        <w:t>[Your role]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enderDetails"/>
      <w:jc w:val="center"/>
    </w:pPr>
    <w:r>
      <w:t xml:space="preserve">Page </w:t>
    </w:r>
    <w:fldSimple w:instr="PAGE">
      <w:r>
        <w:t xml:space="preserve">1</w:t>
      </w:r>
    </w:fldSimple>
    <w:r>
      <w:t xml:space="preserve"> · Free sample template from 99helpers.com/file-types/dotx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enderName"/>
    </w:pPr>
    <w:r>
      <w:t>Example Studio</w:t>
    </w:r>
  </w:p>
  <w:p>
    <w:pPr>
      <w:pStyle w:val="SenderDetails"/>
    </w:pPr>
    <w:r>
      <w:t>1 Sample Street · 1234 AB Exampletown · Netherlands</w:t>
    </w:r>
  </w:p>
  <w:p>
    <w:pPr>
      <w:pStyle w:val="SenderDetails"/>
      <w:spacing w:after="360"/>
    </w:pPr>
    <w:r>
      <w:t>hello@example.com · +31 20 000 0000 · example.com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Liberation Sans" w:hAnsi="Liberation San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">
    <w:name w:val="Placeholder"/>
    <w:qFormat/>
    <w:rPr>
      <w:color w:val="374151"/>
      <w:shd w:val="clear" w:color="auto" w:fill="E5EDFF"/>
    </w:rPr>
  </w:style>
  <w:style w:type="paragraph" w:customStyle="1" w:styleId="SenderName">
    <w:name w:val="Sender Name"/>
    <w:basedOn w:val="Normal"/>
    <w:qFormat/>
    <w:pPr>
      <w:spacing w:after="0"/>
    </w:pPr>
    <w:rPr>
      <w:b/>
      <w:i w:val="0"/>
      <w:color w:val="046EFF"/>
      <w:sz w:val="32"/>
    </w:rPr>
  </w:style>
  <w:style w:type="paragraph" w:customStyle="1" w:styleId="SenderDetails">
    <w:name w:val="Sender Details"/>
    <w:basedOn w:val="Normal"/>
    <w:qFormat/>
    <w:pPr>
      <w:spacing w:after="0"/>
    </w:pPr>
    <w:rPr>
      <w:b w:val="0"/>
      <w:i w:val="0"/>
      <w:color w:val="6B7280"/>
      <w:sz w:val="18"/>
    </w:rPr>
  </w:style>
  <w:style w:type="paragraph" w:customStyle="1" w:styleId="RecipientAddress">
    <w:name w:val="Recipient Address"/>
    <w:basedOn w:val="Normal"/>
    <w:qFormat/>
    <w:pPr>
      <w:spacing w:after="0"/>
    </w:pPr>
    <w:rPr>
      <w:b w:val="0"/>
      <w:i w:val="0"/>
    </w:rPr>
  </w:style>
  <w:style w:type="paragraph" w:customStyle="1" w:styleId="LetterDate">
    <w:name w:val="Letter Date"/>
    <w:basedOn w:val="Normal"/>
    <w:qFormat/>
    <w:pPr>
      <w:spacing w:before="360" w:after="360"/>
    </w:pPr>
    <w:rPr>
      <w:b w:val="0"/>
      <w:i w:val="0"/>
    </w:rPr>
  </w:style>
  <w:style w:type="paragraph" w:customStyle="1" w:styleId="SubjectLine">
    <w:name w:val="Subject Line"/>
    <w:basedOn w:val="Normal"/>
    <w:qFormat/>
    <w:pPr>
      <w:spacing w:after="240"/>
    </w:pPr>
    <w:rPr>
      <w:b/>
      <w:i w:val="0"/>
    </w:rPr>
  </w:style>
  <w:style w:type="paragraph" w:customStyle="1" w:styleId="Closing">
    <w:name w:val="Closing"/>
    <w:basedOn w:val="Normal"/>
    <w:qFormat/>
    <w:pPr>
      <w:spacing w:before="240" w:after="720"/>
    </w:pPr>
    <w:rPr>
      <w:b w:val="0"/>
      <w:i w:val="0"/>
    </w:rPr>
  </w:style>
  <w:style w:type="paragraph" w:customStyle="1" w:styleId="SignatureName">
    <w:name w:val="Signature Name"/>
    <w:basedOn w:val="Normal"/>
    <w:qFormat/>
    <w:pPr>
      <w:spacing w:after="0"/>
    </w:pPr>
    <w:rPr>
      <w:b/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python-docx (99helpers sample generator)</Application>
  <Company>Example Studio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template</dc:title>
  <dc:subject>A business letter template with placeholders, styles and fields</dc:subject>
  <dc:creator>99helpers</dc:creator>
  <cp:keywords>sample, template, letter, dotx, 99helpers</cp:keywords>
  <dc:description>Free sample from 99helpers.com/file-types/dotx</dc:description>
  <cp:lastModifiedBy>99helpers</cp:lastModifiedBy>
  <cp:revision>1</cp:revision>
  <dcterms:created xsi:type="dcterms:W3CDTF">2026-10-27T12:00:00Z</dcterms:created>
  <dcterms:modified xsi:type="dcterms:W3CDTF">2026-10-27T12:00:00Z</dcterms:modified>
  <cp:category>Sample files</cp:category>
</cp:coreProperties>
</file>