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ms-word.template.macroEnabled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enderBlock"/>
      </w:pPr>
      <w:r>
        <w:t>Example Studio</w:t>
      </w:r>
    </w:p>
    <w:p>
      <w:pPr>
        <w:pStyle w:val="SenderBlock"/>
      </w:pPr>
      <w:r>
        <w:t>1 Sample Street</w:t>
      </w:r>
    </w:p>
    <w:p>
      <w:pPr>
        <w:pStyle w:val="SenderBlock"/>
      </w:pPr>
      <w:r>
        <w:t>1000 AA Exampleton</w:t>
      </w:r>
    </w:p>
    <w:p/>
    <w:p>
      <w:sdt>
        <w:sdtPr>
          <w:alias w:val="Recipient name"/>
          <w:tag w:val="recipient"/>
          <w:id w:val="4113"/>
          <w:text/>
        </w:sdtPr>
        <w:sdtContent>
          <w:r>
            <w:rPr>
              <w:color w:val="808080"/>
            </w:rPr>
            <w:t xml:space="preserve">[Recipient name]</w:t>
          </w:r>
        </w:sdtContent>
      </w:sdt>
    </w:p>
    <w:p>
      <w:sdt>
        <w:sdtPr>
          <w:alias w:val="Recipient address"/>
          <w:tag w:val="address"/>
          <w:id w:val="4114"/>
          <w:text/>
        </w:sdtPr>
        <w:sdtContent>
          <w:r>
            <w:rPr>
              <w:color w:val="808080"/>
            </w:rPr>
            <w:t xml:space="preserve">[Street and number, postcode and town]</w:t>
          </w:r>
        </w:sdtContent>
      </w:sdt>
    </w:p>
    <w:p/>
    <w:p>
      <w:r>
        <w:t xml:space="preserve">Date: </w:t>
      </w:r>
      <w:sdt>
        <w:sdtPr>
          <w:alias w:val="Letter date"/>
          <w:tag w:val="date"/>
          <w:id w:val="4115"/>
          <w:date>
            <w:dateFormat w:val="d MMMM yyyy"/>
            <w:lid w:val="en-GB"/>
            <w:storeMappedDataAs w:val="dateTime"/>
            <w:calendar w:val="gregorian"/>
          </w:date>
        </w:sdtPr>
        <w:sdtContent>
          <w:r>
            <w:rPr>
              <w:color w:val="808080"/>
            </w:rPr>
            <w:t xml:space="preserve">[Pick a date]</w:t>
          </w:r>
        </w:sdtContent>
      </w:sdt>
    </w:p>
    <w:p>
      <w:r>
        <w:t xml:space="preserve">Subject: </w:t>
      </w:r>
      <w:sdt>
        <w:sdtPr>
          <w:alias w:val="Subject"/>
          <w:tag w:val="subject"/>
          <w:id w:val="4116"/>
          <w:text/>
        </w:sdtPr>
        <w:sdtContent>
          <w:r>
            <w:rPr>
              <w:color w:val="808080"/>
            </w:rPr>
            <w:t xml:space="preserve">[Subject of the letter]</w:t>
          </w:r>
        </w:sdtContent>
      </w:sdt>
    </w:p>
    <w:p/>
    <w:p>
      <w:sdt>
        <w:sdtPr>
          <w:alias w:val="Greeting"/>
          <w:tag w:val="greeting"/>
          <w:id w:val="4117"/>
          <w:dropDownList>
            <w:listItem w:displayText="Dear Sir or Madam," w:value="Dear Sir or Madam,"/>
            <w:listItem w:displayText="Dear colleague," w:value="Dear colleague,"/>
            <w:listItem w:displayText="Hello," w:value="Hello,"/>
          </w:dropDownList>
        </w:sdtPr>
        <w:sdtContent>
          <w:r>
            <w:rPr>
              <w:color w:val="808080"/>
            </w:rPr>
            <w:t xml:space="preserve">Dear Sir or Madam,</w:t>
          </w:r>
        </w:sdtContent>
      </w:sdt>
    </w:p>
    <w:p>
      <w:sdt>
        <w:sdtPr>
          <w:alias w:val="Body"/>
          <w:tag w:val="body"/>
          <w:id w:val="4118"/>
          <w:text/>
        </w:sdtPr>
        <w:sdtContent>
          <w:r>
            <w:rPr>
              <w:color w:val="808080"/>
            </w:rPr>
            <w:t xml:space="preserve">[Write your letter here. This is a content control: click it and type.]</w:t>
          </w:r>
        </w:sdtContent>
      </w:sdt>
    </w:p>
    <w:p/>
    <w:p>
      <w:r>
        <w:t>Kind regards,</w:t>
      </w:r>
    </w:p>
    <w:p/>
    <w:p>
      <w:r>
        <w:t>Ada Example</w:t>
      </w:r>
    </w:p>
    <w:p>
      <w:r>
        <w:br w:type="page"/>
      </w:r>
    </w:p>
    <w:p>
      <w:pPr>
        <w:pStyle w:val="Heading1"/>
      </w:pPr>
      <w:r>
        <w:t>About this template</w:t>
      </w:r>
    </w:p>
    <w:p>
      <w:r>
        <w:t>This is a .dotm file, a Word macro-enabled template, but it contains no macros: it is the macro-enabled package type without a VBA project, so it is safe to open.</w:t>
      </w:r>
    </w:p>
    <w:p>
      <w:r>
        <w:t>Double-click it and Word creates a new, untitled document based on it. The grey fields on page 1 are content controls: plain text, a date picker and a drop-down list. Delete this page before you use the letter.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>Free sample template from 99helpers.com/file-types/dotm. Contains no macros.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enderBlock">
    <w:name w:val="Sender Block"/>
    <w:basedOn w:val="Normal"/>
    <w:pPr>
      <w:spacing w:after="0"/>
      <w:jc w:val="right"/>
    </w:pPr>
    <w:rPr>
      <w:color w:val="475569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python-docx (99helpers.com sample generator)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letter template (macro-enabled, no macros)</dc:title>
  <dc:subject>Sample DOTM file (Word macro-enabled template without macros)</dc:subject>
  <dc:creator>99helpers</dc:creator>
  <cp:keywords>sample, dotm, template, macro-enabled, no macros, 99helpers</cp:keywords>
  <dc:description>Free sample from 99helpers.com/file-types/dotm. Contains no macros.</dc:description>
  <cp:lastModifiedBy>99helpers</cp:lastModifiedBy>
  <cp:revision>1</cp:revision>
  <dcterms:created xsi:type="dcterms:W3CDTF">2026-10-27T12:00:00Z</dcterms:created>
  <dcterms:modified xsi:type="dcterms:W3CDTF">2026-10-27T12:00:00Z</dcterms:modified>
  <cp:category>Sample files</cp:category>
</cp:coreProperties>
</file>