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Sample DOCX file, exactly 1,048,576 bytes</w:t>
      </w:r>
    </w:p>
    <w:p>
      <w:r>
        <w:t>This Word document is exactly 1,048,576 bytes (1 MiB). Free sample from 99helpers.com/file-types/docx. Most of its size is the photo-like image below, as in most large Word files. Whitespace padding inside one of its XML parts sets the exact size.</w:t>
      </w:r>
    </w:p>
    <w:p>
      <w:r>
        <w:drawing>
          <wp:inline xmlns:a="http://schemas.openxmlformats.org/drawingml/2006/main" xmlns:pic="http://schemas.openxmlformats.org/drawingml/2006/picture">
            <wp:extent cx="5760000" cy="374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74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Section 1</w:t>
      </w:r>
    </w:p>
    <w:p>
      <w:r>
        <w:t>Paragraph 1. This is filler text that makes the document a useful test for upload limits, converters, previews and parsers. It repeats with a new number in every section.</w:t>
      </w:r>
    </w:p>
    <w:p>
      <w:pPr>
        <w:pStyle w:val="Heading2"/>
      </w:pPr>
      <w:r>
        <w:t>Section 2</w:t>
      </w:r>
    </w:p>
    <w:p>
      <w:r>
        <w:t>Paragraph 2. This is filler text that makes the document a useful test for upload limits, converters, previews and parsers. It repeats with a new number in every section.</w:t>
      </w:r>
    </w:p>
    <w:p>
      <w:pPr>
        <w:pStyle w:val="Heading2"/>
      </w:pPr>
      <w:r>
        <w:t>Section 3</w:t>
      </w:r>
    </w:p>
    <w:p>
      <w:r>
        <w:t>Paragraph 3. This is filler text that makes the document a useful test for upload limits, converters, previews and parsers. It repeats with a new number in every section.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>
</b:Sourc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Sample DOCX, exactly 1,048,576 bytes</dc:title>
  <dc:subject>Free sample DOCX from 99helpers.com/file-types/docx</dc:subject>
  <dc:creator>99helpers</dc:creator>
  <cp:keywords>sample, docx, test file, 99helpers</cp:keywords>
  <dc:description>Free sample from 99helpers.com/file-types/docx</dc:description>
  <cp:lastModifiedBy>99helpers</cp:lastModifiedBy>
  <cp:revision>1</cp:revision>
  <dcterms:created xsi:type="dcterms:W3CDTF">2026-10-27T12:00:00Z</dcterms:created>
  <dcterms:modified xsi:type="dcterms:W3CDTF">2026-10-27T12:00:00Z</dcterms:modified>
  <cp:category>Sample files</cp:category>
</cp:coreProperties>
</file>