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Sample macro-enabled Word document</w:t>
      </w:r>
    </w:p>
    <w:p>
      <w:r>
        <w:rPr>
          <w:b/>
        </w:rPr>
        <w:t xml:space="preserve">This file contains no macros. </w:t>
      </w:r>
      <w:r>
        <w:t>It is a .docm package, the macro-enabled Word format, but it has no VBA project inside, so there is no code that could run. It is safe to open. Word may still show a security bar, because the file type allows macros.</w:t>
      </w:r>
    </w:p>
    <w:p>
      <w:pPr>
        <w:pStyle w:val="Heading1"/>
      </w:pPr>
      <w:r>
        <w:t>What makes this file a .docm</w:t>
      </w:r>
    </w:p>
    <w:p>
      <w:r>
        <w:t>A .docm and a .docx share the same structure: a ZIP package of XML parts. The difference is one line in [Content_Types].xml, the content type of the main part, word/document.xml: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Extension</w:t>
            </w:r>
          </w:p>
        </w:tc>
        <w:tc>
          <w:tcPr>
            <w:tcW w:type="dxa" w:w="4320"/>
          </w:tcPr>
          <w:p>
            <w:r>
              <w:t>Content type of word/document.xml</w:t>
            </w:r>
          </w:p>
        </w:tc>
      </w:tr>
      <w:tr>
        <w:tc>
          <w:tcPr>
            <w:tcW w:type="dxa" w:w="4320"/>
          </w:tcPr>
          <w:p>
            <w:r>
              <w:t>.docx</w:t>
            </w:r>
          </w:p>
        </w:tc>
        <w:tc>
          <w:tcPr>
            <w:tcW w:type="dxa" w:w="4320"/>
          </w:tcPr>
          <w:p>
            <w:r>
              <w:t>application/vnd.openxmlformats-officedocument.wordprocessingml.document.main+xml</w:t>
            </w:r>
          </w:p>
        </w:tc>
      </w:tr>
      <w:tr>
        <w:tc>
          <w:tcPr>
            <w:tcW w:type="dxa" w:w="4320"/>
          </w:tcPr>
          <w:p>
            <w:r>
              <w:t>.docm</w:t>
            </w:r>
          </w:p>
        </w:tc>
        <w:tc>
          <w:tcPr>
            <w:tcW w:type="dxa" w:w="4320"/>
          </w:tcPr>
          <w:p>
            <w:r>
              <w:t>application/vnd.ms-word.document.macroEnabled.main+xml</w:t>
            </w:r>
          </w:p>
        </w:tc>
      </w:tr>
    </w:tbl>
    <w:p/>
    <w:p>
      <w:r>
        <w:t>A .docm with macros would also contain word/vbaProject.bin, the VBA project, and a relationship to it from word/_rels/document.xml.rels. This file has neither.</w:t>
      </w:r>
    </w:p>
    <w:p>
      <w:pPr>
        <w:pStyle w:val="Heading1"/>
      </w:pPr>
      <w:r>
        <w:t>Checking a file for macros</w:t>
      </w:r>
    </w:p>
    <w:p>
      <w:pPr>
        <w:pStyle w:val="ListNumber"/>
      </w:pPr>
      <w:r>
        <w:t>List the parts: unzip -l sample-document.docm. Look for vbaProject.bin.</w:t>
      </w:r>
    </w:p>
    <w:p>
      <w:pPr>
        <w:pStyle w:val="ListNumber"/>
      </w:pPr>
      <w:r>
        <w:t>Run olevba from the oletools package: olevba sample-document.docm.</w:t>
      </w:r>
    </w:p>
    <w:p>
      <w:pPr>
        <w:pStyle w:val="ListNumber"/>
      </w:pPr>
      <w:r>
        <w:t>Open it with macros disabled, or in Protected View, and look in the VBA editor (Alt+F11).</w:t>
      </w:r>
    </w:p>
    <w:p>
      <w:r>
        <w:rPr>
          <w:rFonts w:ascii="Consolas" w:hAnsi="Consolas"/>
          <w:sz w:val="19"/>
        </w:rPr>
        <w:t>$ olevba sample-document.docm</w:t>
        <w:br/>
        <w:t>No VBA or XLM macros found.</w:t>
      </w:r>
    </w:p>
    <w:p>
      <w:pPr>
        <w:pStyle w:val="Heading1"/>
      </w:pPr>
      <w:r>
        <w:t>Things to look for when you open it</w:t>
      </w:r>
    </w:p>
    <w:p>
      <w:pPr>
        <w:pStyle w:val="ListBullet"/>
      </w:pPr>
      <w:r>
        <w:t>Document properties under File, Info: title, author and a comment.</w:t>
      </w:r>
    </w:p>
    <w:p>
      <w:pPr>
        <w:pStyle w:val="ListBullet"/>
      </w:pPr>
      <w:r>
        <w:t>Heading styles in the navigation pane.</w:t>
      </w:r>
    </w:p>
    <w:p>
      <w:pPr>
        <w:pStyle w:val="ListBullet"/>
      </w:pPr>
      <w:r>
        <w:t>The table above, which uses a built-in table style.</w:t>
      </w:r>
    </w:p>
    <w:p>
      <w:pPr>
        <w:pStyle w:val="ListBullet"/>
      </w:pPr>
      <w:r>
        <w:t>A header and a footer with a PAGE field.</w:t>
      </w:r>
    </w:p>
    <w:p>
      <w:pPr>
        <w:pStyle w:val="IntenseQuote"/>
      </w:pPr>
      <w:r>
        <w:t>Rename a copy of this file to .zip to look inside. Renaming it to .docx does not work: the content type still says .docm, and Word refuses files whose extension and content type disagree.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Free sample from 99helpers.com/file-types/docm · Page </w:t>
    </w:r>
    <w:fldSimple w:instr="PAGE">
      <w:r>
        <w:t>1</w:t>
      </w:r>
    </w:fldSimple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right"/>
    </w:pPr>
    <w:r>
      <w:t>99helpers sample files · DOCM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python-docx (99helpers.com sample generator)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Sample macro-enabled Word document</dc:title>
  <dc:subject>Sample DOCM file (macro-enabled Word document without macros)</dc:subject>
  <dc:creator>99helpers</dc:creator>
  <cp:keywords>sample, docm, macro-enabled, no macros, test file, 99helpers</cp:keywords>
  <dc:description>Free sample from 99helpers.com/file-types/docm. Contains no macros.</dc:description>
  <cp:lastModifiedBy>99helpers</cp:lastModifiedBy>
  <cp:revision>1</cp:revision>
  <dcterms:created xsi:type="dcterms:W3CDTF">2026-10-27T12:00:00Z</dcterms:created>
  <dcterms:modified xsi:type="dcterms:W3CDTF">2026-10-27T12:00:00Z</dcterms:modified>
  <cp:category>Sample files</cp:category>
</cp:coreProperties>
</file>